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3BA862" w14:textId="77777777" w:rsidR="000E796A" w:rsidRPr="00C947A1" w:rsidRDefault="00AC516C">
      <w:pPr>
        <w:spacing w:after="0" w:line="240" w:lineRule="auto"/>
        <w:jc w:val="center"/>
        <w:rPr>
          <w:lang w:val="ru-RU"/>
        </w:rPr>
      </w:pPr>
      <w:r w:rsidRPr="00C947A1">
        <w:rPr>
          <w:b/>
          <w:sz w:val="26"/>
          <w:lang w:val="ru-RU"/>
        </w:rPr>
        <w:t>СОГЛАСИЕ АВТОРА</w:t>
      </w:r>
    </w:p>
    <w:p w14:paraId="17B7C1FF" w14:textId="77777777" w:rsidR="000E796A" w:rsidRPr="00C947A1" w:rsidRDefault="00AC516C">
      <w:pPr>
        <w:spacing w:after="120" w:line="240" w:lineRule="auto"/>
        <w:jc w:val="center"/>
        <w:rPr>
          <w:lang w:val="ru-RU"/>
        </w:rPr>
      </w:pPr>
      <w:r w:rsidRPr="00C947A1">
        <w:rPr>
          <w:b/>
          <w:lang w:val="ru-RU"/>
        </w:rPr>
        <w:t>на обработку персональных данных, разрешённых субъектом персональных данных для распространения</w:t>
      </w:r>
    </w:p>
    <w:p w14:paraId="7F9A19FE" w14:textId="55122DC4" w:rsidR="000E796A" w:rsidRPr="00C947A1" w:rsidRDefault="00AC516C">
      <w:pPr>
        <w:spacing w:after="160" w:line="240" w:lineRule="auto"/>
        <w:jc w:val="center"/>
        <w:rPr>
          <w:lang w:val="ru-RU"/>
        </w:rPr>
      </w:pPr>
      <w:r w:rsidRPr="00C947A1">
        <w:rPr>
          <w:lang w:val="ru-RU"/>
        </w:rPr>
        <w:t>для научного журнала «</w:t>
      </w:r>
      <w:r w:rsidR="00B73189" w:rsidRPr="00B73189">
        <w:rPr>
          <w:lang w:val="ru-RU"/>
        </w:rPr>
        <w:t>Ученые записки Казанской академии ветеринарной медицины им. Н.Э. Баумана</w:t>
      </w:r>
      <w:r w:rsidRPr="00C947A1">
        <w:rPr>
          <w:lang w:val="ru-RU"/>
        </w:rPr>
        <w:t>»</w:t>
      </w:r>
    </w:p>
    <w:p w14:paraId="55E4149E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1. Сведения о субъекте персональных данных</w:t>
      </w:r>
    </w:p>
    <w:p w14:paraId="29F7C83E" w14:textId="75416B2B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Я, _____________________________________________________________________________</w:t>
      </w:r>
      <w:r w:rsidR="00BA1695">
        <w:rPr>
          <w:lang w:val="ru-RU"/>
        </w:rPr>
        <w:t>____________</w:t>
      </w:r>
      <w:r w:rsidRPr="00C947A1">
        <w:rPr>
          <w:lang w:val="ru-RU"/>
        </w:rPr>
        <w:t>_</w:t>
      </w:r>
    </w:p>
    <w:p w14:paraId="21C9BA02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(фамилия, имя, отчество при наличии)</w:t>
      </w:r>
    </w:p>
    <w:p w14:paraId="52F19D24" w14:textId="6DBEA036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адрес электронной почты: _______________________________________________</w:t>
      </w:r>
      <w:r w:rsidR="00BA1695">
        <w:rPr>
          <w:lang w:val="ru-RU"/>
        </w:rPr>
        <w:t>_______________</w:t>
      </w:r>
      <w:r w:rsidRPr="00C947A1">
        <w:rPr>
          <w:lang w:val="ru-RU"/>
        </w:rPr>
        <w:t>________</w:t>
      </w:r>
    </w:p>
    <w:p w14:paraId="1A2653AF" w14:textId="28BFE420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 xml:space="preserve">номер телефона или почтовый адрес для связи: </w:t>
      </w:r>
      <w:r w:rsidR="00BA1695">
        <w:rPr>
          <w:lang w:val="ru-RU"/>
        </w:rPr>
        <w:t xml:space="preserve">____________________________________________________ </w:t>
      </w:r>
    </w:p>
    <w:p w14:paraId="4B651FBD" w14:textId="35D9BF56" w:rsidR="000E796A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являющийся(</w:t>
      </w:r>
      <w:proofErr w:type="spellStart"/>
      <w:r w:rsidRPr="00C947A1">
        <w:rPr>
          <w:lang w:val="ru-RU"/>
        </w:rPr>
        <w:t>аяся</w:t>
      </w:r>
      <w:proofErr w:type="spellEnd"/>
      <w:r w:rsidRPr="00C947A1">
        <w:rPr>
          <w:lang w:val="ru-RU"/>
        </w:rPr>
        <w:t>) автором / соавтором статьи: ____________________________________________________</w:t>
      </w:r>
    </w:p>
    <w:p w14:paraId="51DEA6E0" w14:textId="628106CF" w:rsidR="00BA1695" w:rsidRPr="00C947A1" w:rsidRDefault="00BA1695">
      <w:pPr>
        <w:spacing w:after="60" w:line="240" w:lineRule="auto"/>
        <w:rPr>
          <w:lang w:val="ru-RU"/>
        </w:rPr>
      </w:pPr>
      <w:r>
        <w:rPr>
          <w:lang w:val="ru-RU"/>
        </w:rPr>
        <w:t>_____________________________________________________________________________________________</w:t>
      </w:r>
    </w:p>
    <w:p w14:paraId="017F7439" w14:textId="77777777" w:rsidR="000E796A" w:rsidRPr="00C947A1" w:rsidRDefault="00AC516C">
      <w:pPr>
        <w:spacing w:after="40"/>
        <w:jc w:val="center"/>
        <w:rPr>
          <w:lang w:val="ru-RU"/>
        </w:rPr>
      </w:pPr>
      <w:r w:rsidRPr="00C947A1">
        <w:rPr>
          <w:i/>
          <w:sz w:val="18"/>
          <w:lang w:val="ru-RU"/>
        </w:rPr>
        <w:t>(название статьи)</w:t>
      </w:r>
    </w:p>
    <w:p w14:paraId="119A6B0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i/>
          <w:sz w:val="20"/>
          <w:lang w:val="ru-RU"/>
        </w:rPr>
        <w:t>Документ, удостоверяющий личность, для целей настоящего согласия не запрашивается. Идентификация автора осуществляется по ФИО, контактной информации, сведениям об авторстве и подписи автора.</w:t>
      </w:r>
    </w:p>
    <w:p w14:paraId="6C08A77C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2. Оператор персональных данных</w:t>
      </w:r>
    </w:p>
    <w:p w14:paraId="230E3161" w14:textId="0A1CFD40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Оператор: </w:t>
      </w:r>
      <w:r w:rsidRPr="00BA1695">
        <w:rPr>
          <w:u w:val="single"/>
          <w:lang w:val="ru-RU"/>
        </w:rPr>
        <w:t>научный журнал «</w:t>
      </w:r>
      <w:r w:rsidR="00B73189" w:rsidRPr="00B73189">
        <w:rPr>
          <w:u w:val="single"/>
          <w:lang w:val="ru-RU"/>
        </w:rPr>
        <w:t>Ученые записки Казанской академии ветеринарной медицины им. Н.Э. Баумана</w:t>
      </w:r>
      <w:r w:rsidRPr="00BA1695">
        <w:rPr>
          <w:u w:val="single"/>
          <w:lang w:val="ru-RU"/>
        </w:rPr>
        <w:t>» / редакция журнала.</w:t>
      </w:r>
    </w:p>
    <w:p w14:paraId="728912B4" w14:textId="77777777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оператора: </w:t>
      </w:r>
      <w:r w:rsidRPr="00BA1695">
        <w:rPr>
          <w:u w:val="single"/>
          <w:lang w:val="ru-RU"/>
        </w:rPr>
        <w:t>420015, Республика Татарстан, г. Казань, ул. Карла Маркса, д. 65.</w:t>
      </w:r>
    </w:p>
    <w:p w14:paraId="0F9F73A3" w14:textId="7B827223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Адрес электронной почты для обращений по вопросам персональных данных: </w:t>
      </w:r>
      <w:proofErr w:type="spellStart"/>
      <w:r w:rsidR="00B73189" w:rsidRPr="00B73189">
        <w:rPr>
          <w:u w:val="single"/>
        </w:rPr>
        <w:t>uch</w:t>
      </w:r>
      <w:proofErr w:type="spellEnd"/>
      <w:r w:rsidR="00B73189" w:rsidRPr="00B73189">
        <w:rPr>
          <w:u w:val="single"/>
          <w:lang w:val="ru-RU"/>
        </w:rPr>
        <w:t>.</w:t>
      </w:r>
      <w:r w:rsidR="00B73189" w:rsidRPr="00B73189">
        <w:rPr>
          <w:u w:val="single"/>
        </w:rPr>
        <w:t>zap</w:t>
      </w:r>
      <w:r w:rsidR="00B73189" w:rsidRPr="00B73189">
        <w:rPr>
          <w:u w:val="single"/>
          <w:lang w:val="ru-RU"/>
        </w:rPr>
        <w:t>1883@</w:t>
      </w:r>
      <w:r w:rsidR="00B73189" w:rsidRPr="00B73189">
        <w:rPr>
          <w:u w:val="single"/>
        </w:rPr>
        <w:t>mail</w:t>
      </w:r>
      <w:r w:rsidR="00B73189" w:rsidRPr="00B73189">
        <w:rPr>
          <w:u w:val="single"/>
          <w:lang w:val="ru-RU"/>
        </w:rPr>
        <w:t>.</w:t>
      </w:r>
      <w:proofErr w:type="spellStart"/>
      <w:r w:rsidR="00B73189" w:rsidRPr="00B73189">
        <w:rPr>
          <w:u w:val="single"/>
        </w:rPr>
        <w:t>ru</w:t>
      </w:r>
      <w:proofErr w:type="spellEnd"/>
    </w:p>
    <w:p w14:paraId="7323EB96" w14:textId="1060E3F9" w:rsidR="000E796A" w:rsidRPr="00BA1695" w:rsidRDefault="00AC516C">
      <w:pPr>
        <w:spacing w:after="40" w:line="240" w:lineRule="auto"/>
        <w:rPr>
          <w:u w:val="single"/>
          <w:lang w:val="ru-RU"/>
        </w:rPr>
      </w:pPr>
      <w:r w:rsidRPr="00C947A1">
        <w:rPr>
          <w:lang w:val="ru-RU"/>
        </w:rPr>
        <w:t xml:space="preserve">Ответственное лицо / подразделение: </w:t>
      </w:r>
      <w:r w:rsidRPr="00BA1695">
        <w:rPr>
          <w:u w:val="single"/>
          <w:lang w:val="ru-RU"/>
        </w:rPr>
        <w:t>редакция журнала</w:t>
      </w:r>
    </w:p>
    <w:p w14:paraId="4411BC3F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3. Цели обработки персональных данных</w:t>
      </w:r>
    </w:p>
    <w:p w14:paraId="776FA64F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Я даю оператору согласие на обработку моих персональных данных, разрешённых для распространения, в следующих целях:</w:t>
      </w:r>
    </w:p>
    <w:p w14:paraId="114C1458" w14:textId="5C99B363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рассмотрение, проверка комплектности, рецензирование, научное и литературное редактирование, корректура, подготовка к публикации и опубликование представленной мной научной статьи</w:t>
      </w:r>
      <w:r w:rsidR="00B1112C">
        <w:rPr>
          <w:lang w:val="ru-RU"/>
        </w:rPr>
        <w:t xml:space="preserve">, </w:t>
      </w:r>
      <w:r w:rsidR="00B1112C" w:rsidRPr="00B1112C">
        <w:rPr>
          <w:lang w:val="ru-RU"/>
        </w:rPr>
        <w:t>включая метаданные научной статьи, в том числе: название, реферат, сведения об авторах, список литературы, идентификаторы и иные элементы библиографического описания для дальнейшего неограниченного использования</w:t>
      </w:r>
      <w:r w:rsidRPr="00C947A1">
        <w:rPr>
          <w:lang w:val="ru-RU"/>
        </w:rPr>
        <w:t>;</w:t>
      </w:r>
    </w:p>
    <w:p w14:paraId="2EB54052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идентификация автора публикации, подтверждение авторства, обеспечение научной коммуникации, цитирования и корректного библиографического описания;</w:t>
      </w:r>
    </w:p>
    <w:p w14:paraId="7A716725" w14:textId="6E9D3565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B1112C">
        <w:rPr>
          <w:lang w:val="ru-RU"/>
        </w:rPr>
        <w:t xml:space="preserve"> </w:t>
      </w:r>
      <w:r w:rsidR="00B1112C" w:rsidRPr="00B1112C">
        <w:rPr>
          <w:lang w:val="ru-RU"/>
        </w:rPr>
        <w:t xml:space="preserve">накопления, изменения, дополнения, обновления, копирования, использования, систематизации, а также </w:t>
      </w:r>
      <w:r w:rsidRPr="00C947A1">
        <w:rPr>
          <w:lang w:val="ru-RU"/>
        </w:rPr>
        <w:t xml:space="preserve">размещение сведений об авторе и метаданных статьи в печатной и электронной версиях журнала, на сайте журнала, в электронных библиотеках, научных индексах, </w:t>
      </w:r>
      <w:proofErr w:type="spellStart"/>
      <w:r w:rsidRPr="00C947A1">
        <w:rPr>
          <w:lang w:val="ru-RU"/>
        </w:rPr>
        <w:t>репозиториях</w:t>
      </w:r>
      <w:proofErr w:type="spellEnd"/>
      <w:r w:rsidRPr="00C947A1">
        <w:rPr>
          <w:lang w:val="ru-RU"/>
        </w:rPr>
        <w:t xml:space="preserve">, </w:t>
      </w:r>
      <w:r>
        <w:t>DOI</w:t>
      </w:r>
      <w:r w:rsidRPr="00C947A1">
        <w:rPr>
          <w:lang w:val="ru-RU"/>
        </w:rPr>
        <w:t>-регистрах, библиографических базах данных и иных информационных системах, используемых журналом;</w:t>
      </w:r>
      <w:r w:rsidR="00B1112C">
        <w:rPr>
          <w:lang w:val="ru-RU"/>
        </w:rPr>
        <w:t xml:space="preserve"> </w:t>
      </w:r>
    </w:p>
    <w:p w14:paraId="6B8F0314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архивирование опубликованных материалов, ведение редакционного, библиотечного и издательского учёта, формирование карточек публикаций и библиографических записей.</w:t>
      </w:r>
    </w:p>
    <w:p w14:paraId="68761438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4. Перечень персональных данных, разрешённых для распространения</w:t>
      </w:r>
    </w:p>
    <w:p w14:paraId="14F28F39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t>4.1. Минимальные сведения, необходимые для опубликования научной статьи</w:t>
      </w:r>
    </w:p>
    <w:p w14:paraId="386D403F" w14:textId="77777777" w:rsidR="000E796A" w:rsidRPr="00C947A1" w:rsidRDefault="00AC516C">
      <w:pPr>
        <w:spacing w:after="8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без распространения указанных ниже сведений редакция не сможет обеспечить корректную идентификацию авторства, библиографическое описание и цитирование публикации. Отказ от распространения этих сведений может являться основанием для невозможности публикации статьи.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9"/>
        <w:gridCol w:w="3961"/>
        <w:gridCol w:w="1552"/>
        <w:gridCol w:w="1002"/>
        <w:gridCol w:w="1274"/>
        <w:gridCol w:w="2028"/>
      </w:tblGrid>
      <w:tr w:rsidR="00725A25" w14:paraId="7FD06994" w14:textId="77777777" w:rsidTr="00725A25">
        <w:trPr>
          <w:tblHeader/>
          <w:jc w:val="center"/>
        </w:trPr>
        <w:tc>
          <w:tcPr>
            <w:tcW w:w="429" w:type="dxa"/>
            <w:shd w:val="clear" w:color="auto" w:fill="D9EAF7"/>
          </w:tcPr>
          <w:p w14:paraId="52466FC0" w14:textId="77777777" w:rsidR="00725A25" w:rsidRDefault="00725A25" w:rsidP="00725A25">
            <w:r>
              <w:rPr>
                <w:b/>
                <w:sz w:val="18"/>
              </w:rPr>
              <w:t>№</w:t>
            </w:r>
          </w:p>
        </w:tc>
        <w:tc>
          <w:tcPr>
            <w:tcW w:w="3961" w:type="dxa"/>
            <w:shd w:val="clear" w:color="auto" w:fill="D9EAF7"/>
          </w:tcPr>
          <w:p w14:paraId="733A01CC" w14:textId="77777777" w:rsidR="00725A25" w:rsidRDefault="00725A25" w:rsidP="00B73189">
            <w:pPr>
              <w:jc w:val="center"/>
            </w:pPr>
            <w:proofErr w:type="spellStart"/>
            <w:r>
              <w:rPr>
                <w:b/>
                <w:sz w:val="18"/>
              </w:rPr>
              <w:t>Категория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состав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данных</w:t>
            </w:r>
            <w:proofErr w:type="spellEnd"/>
          </w:p>
        </w:tc>
        <w:tc>
          <w:tcPr>
            <w:tcW w:w="1552" w:type="dxa"/>
            <w:shd w:val="clear" w:color="auto" w:fill="D9EAF7"/>
          </w:tcPr>
          <w:p w14:paraId="1363E247" w14:textId="77777777" w:rsidR="00725A25" w:rsidRDefault="00725A25" w:rsidP="00B73189">
            <w:pPr>
              <w:jc w:val="center"/>
            </w:pPr>
            <w:proofErr w:type="spellStart"/>
            <w:r>
              <w:rPr>
                <w:b/>
                <w:sz w:val="18"/>
              </w:rPr>
              <w:t>Статус</w:t>
            </w:r>
            <w:proofErr w:type="spellEnd"/>
          </w:p>
        </w:tc>
        <w:tc>
          <w:tcPr>
            <w:tcW w:w="1002" w:type="dxa"/>
            <w:shd w:val="clear" w:color="auto" w:fill="D9EAF7"/>
          </w:tcPr>
          <w:p w14:paraId="2001A756" w14:textId="6049A0AA" w:rsidR="00725A25" w:rsidRDefault="00725A25" w:rsidP="00B73189">
            <w:pPr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74" w:type="dxa"/>
            <w:shd w:val="clear" w:color="auto" w:fill="D9EAF7"/>
          </w:tcPr>
          <w:p w14:paraId="43B26523" w14:textId="03A57BC5" w:rsidR="00725A25" w:rsidRDefault="00725A25" w:rsidP="00B73189">
            <w:pPr>
              <w:jc w:val="center"/>
              <w:rPr>
                <w:b/>
                <w:sz w:val="18"/>
              </w:rPr>
            </w:pPr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028" w:type="dxa"/>
            <w:shd w:val="clear" w:color="auto" w:fill="D9EAF7"/>
          </w:tcPr>
          <w:p w14:paraId="79EC784F" w14:textId="5C1F208D" w:rsidR="00725A25" w:rsidRDefault="00725A25" w:rsidP="00B73189">
            <w:pPr>
              <w:jc w:val="center"/>
            </w:pPr>
            <w:proofErr w:type="spellStart"/>
            <w:r>
              <w:rPr>
                <w:b/>
                <w:sz w:val="18"/>
              </w:rPr>
              <w:t>Условия</w:t>
            </w:r>
            <w:proofErr w:type="spellEnd"/>
            <w:r>
              <w:rPr>
                <w:b/>
                <w:sz w:val="18"/>
              </w:rPr>
              <w:t xml:space="preserve"> / </w:t>
            </w:r>
            <w:proofErr w:type="spellStart"/>
            <w:r>
              <w:rPr>
                <w:b/>
                <w:sz w:val="18"/>
              </w:rPr>
              <w:t>запреты</w:t>
            </w:r>
            <w:proofErr w:type="spellEnd"/>
          </w:p>
        </w:tc>
      </w:tr>
      <w:tr w:rsidR="00725A25" w14:paraId="27FC70BF" w14:textId="77777777" w:rsidTr="00725A25">
        <w:trPr>
          <w:jc w:val="center"/>
        </w:trPr>
        <w:tc>
          <w:tcPr>
            <w:tcW w:w="429" w:type="dxa"/>
          </w:tcPr>
          <w:p w14:paraId="796F4EC5" w14:textId="77777777" w:rsidR="00725A25" w:rsidRDefault="00725A25">
            <w:r>
              <w:rPr>
                <w:sz w:val="18"/>
              </w:rPr>
              <w:t>1</w:t>
            </w:r>
          </w:p>
        </w:tc>
        <w:tc>
          <w:tcPr>
            <w:tcW w:w="3961" w:type="dxa"/>
          </w:tcPr>
          <w:p w14:paraId="3E2DCD15" w14:textId="77777777" w:rsidR="00725A25" w:rsidRDefault="00725A25">
            <w:proofErr w:type="spellStart"/>
            <w:r>
              <w:rPr>
                <w:sz w:val="18"/>
              </w:rPr>
              <w:t>Фамилия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имя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отчество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автора</w:t>
            </w:r>
            <w:proofErr w:type="spellEnd"/>
          </w:p>
        </w:tc>
        <w:tc>
          <w:tcPr>
            <w:tcW w:w="1552" w:type="dxa"/>
          </w:tcPr>
          <w:p w14:paraId="7E217FA8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34432B04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0E24DAF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662B58D9" w14:textId="30F546B9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318975AE" w14:textId="77777777" w:rsidTr="00725A25">
        <w:trPr>
          <w:jc w:val="center"/>
        </w:trPr>
        <w:tc>
          <w:tcPr>
            <w:tcW w:w="429" w:type="dxa"/>
          </w:tcPr>
          <w:p w14:paraId="1A7E2927" w14:textId="77777777" w:rsidR="00725A25" w:rsidRDefault="00725A25">
            <w:r>
              <w:rPr>
                <w:sz w:val="18"/>
              </w:rPr>
              <w:t>2</w:t>
            </w:r>
          </w:p>
        </w:tc>
        <w:tc>
          <w:tcPr>
            <w:tcW w:w="3961" w:type="dxa"/>
          </w:tcPr>
          <w:p w14:paraId="74FD87DE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Место работы / учёбы, структурное подразделение, город, страна</w:t>
            </w:r>
          </w:p>
        </w:tc>
        <w:tc>
          <w:tcPr>
            <w:tcW w:w="1552" w:type="dxa"/>
          </w:tcPr>
          <w:p w14:paraId="3D525386" w14:textId="77777777" w:rsidR="00725A25" w:rsidRDefault="00725A25">
            <w:proofErr w:type="spellStart"/>
            <w:r>
              <w:rPr>
                <w:sz w:val="18"/>
              </w:rPr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1E7DC77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59EB6A40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1A5B0988" w14:textId="2D273218" w:rsidR="00725A25" w:rsidRDefault="00725A25">
            <w:r>
              <w:rPr>
                <w:sz w:val="18"/>
              </w:rPr>
              <w:t>___________________</w:t>
            </w:r>
          </w:p>
        </w:tc>
      </w:tr>
      <w:tr w:rsidR="00725A25" w14:paraId="7F12A579" w14:textId="77777777" w:rsidTr="00725A25">
        <w:trPr>
          <w:jc w:val="center"/>
        </w:trPr>
        <w:tc>
          <w:tcPr>
            <w:tcW w:w="429" w:type="dxa"/>
          </w:tcPr>
          <w:p w14:paraId="017474CC" w14:textId="77777777" w:rsidR="00725A25" w:rsidRDefault="00725A25">
            <w:r>
              <w:rPr>
                <w:sz w:val="18"/>
              </w:rPr>
              <w:t>3</w:t>
            </w:r>
          </w:p>
        </w:tc>
        <w:tc>
          <w:tcPr>
            <w:tcW w:w="3961" w:type="dxa"/>
          </w:tcPr>
          <w:p w14:paraId="6BB16EC1" w14:textId="77777777" w:rsidR="00725A25" w:rsidRPr="00C947A1" w:rsidRDefault="00725A25">
            <w:pPr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 xml:space="preserve">Сведения об авторстве статьи, название статьи, аннотация, ключевые слова, библиографическое </w:t>
            </w:r>
            <w:r w:rsidRPr="00C947A1">
              <w:rPr>
                <w:sz w:val="18"/>
                <w:lang w:val="ru-RU"/>
              </w:rPr>
              <w:lastRenderedPageBreak/>
              <w:t>описание, даты поступления/принятия/публикации</w:t>
            </w:r>
          </w:p>
        </w:tc>
        <w:tc>
          <w:tcPr>
            <w:tcW w:w="1552" w:type="dxa"/>
          </w:tcPr>
          <w:p w14:paraId="10F2C83F" w14:textId="77777777" w:rsidR="00725A25" w:rsidRDefault="00725A25">
            <w:proofErr w:type="spellStart"/>
            <w:r>
              <w:rPr>
                <w:sz w:val="18"/>
              </w:rPr>
              <w:lastRenderedPageBreak/>
              <w:t>необходимо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для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публикации</w:t>
            </w:r>
            <w:proofErr w:type="spellEnd"/>
          </w:p>
        </w:tc>
        <w:tc>
          <w:tcPr>
            <w:tcW w:w="1002" w:type="dxa"/>
            <w:tcBorders>
              <w:right w:val="single" w:sz="4" w:space="0" w:color="auto"/>
            </w:tcBorders>
          </w:tcPr>
          <w:p w14:paraId="58266611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14:paraId="1942B0CA" w14:textId="77777777" w:rsidR="00725A25" w:rsidRDefault="00725A25">
            <w:pPr>
              <w:rPr>
                <w:sz w:val="18"/>
              </w:rPr>
            </w:pPr>
          </w:p>
        </w:tc>
        <w:tc>
          <w:tcPr>
            <w:tcW w:w="2028" w:type="dxa"/>
          </w:tcPr>
          <w:p w14:paraId="4CF8C7B7" w14:textId="2BA17B55" w:rsidR="00725A25" w:rsidRDefault="00725A25">
            <w:r>
              <w:rPr>
                <w:sz w:val="18"/>
              </w:rPr>
              <w:t>___________________</w:t>
            </w:r>
          </w:p>
        </w:tc>
      </w:tr>
    </w:tbl>
    <w:p w14:paraId="16E4958A" w14:textId="77777777" w:rsidR="00B73189" w:rsidRDefault="00B73189">
      <w:pPr>
        <w:spacing w:after="40" w:line="240" w:lineRule="auto"/>
        <w:rPr>
          <w:b/>
          <w:lang w:val="ru-RU"/>
        </w:rPr>
      </w:pPr>
    </w:p>
    <w:p w14:paraId="096305AD" w14:textId="6B9A3B5F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b/>
          <w:lang w:val="ru-RU"/>
        </w:rPr>
        <w:t>4.2. Дополнительные сведения, распространяемые только при наличии разрешения автора</w:t>
      </w:r>
    </w:p>
    <w:tbl>
      <w:tblPr>
        <w:tblStyle w:val="aff0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"/>
        <w:gridCol w:w="4252"/>
        <w:gridCol w:w="1134"/>
        <w:gridCol w:w="1247"/>
        <w:gridCol w:w="2889"/>
      </w:tblGrid>
      <w:tr w:rsidR="000E796A" w14:paraId="742D5E5A" w14:textId="77777777" w:rsidTr="00725A25">
        <w:trPr>
          <w:tblHeader/>
          <w:jc w:val="center"/>
        </w:trPr>
        <w:tc>
          <w:tcPr>
            <w:tcW w:w="396" w:type="dxa"/>
            <w:shd w:val="clear" w:color="auto" w:fill="D9EAF7"/>
          </w:tcPr>
          <w:p w14:paraId="36DD74EC" w14:textId="77777777" w:rsidR="000E796A" w:rsidRDefault="00AC516C">
            <w:r>
              <w:rPr>
                <w:b/>
                <w:sz w:val="17"/>
              </w:rPr>
              <w:t>№</w:t>
            </w:r>
          </w:p>
        </w:tc>
        <w:tc>
          <w:tcPr>
            <w:tcW w:w="4252" w:type="dxa"/>
            <w:shd w:val="clear" w:color="auto" w:fill="D9EAF7"/>
          </w:tcPr>
          <w:p w14:paraId="68DB489D" w14:textId="77777777" w:rsidR="000E796A" w:rsidRDefault="00AC516C" w:rsidP="00B73189">
            <w:pPr>
              <w:jc w:val="center"/>
            </w:pPr>
            <w:proofErr w:type="spellStart"/>
            <w:r>
              <w:rPr>
                <w:b/>
                <w:sz w:val="17"/>
              </w:rPr>
              <w:t>Категория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состав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данных</w:t>
            </w:r>
            <w:proofErr w:type="spellEnd"/>
          </w:p>
        </w:tc>
        <w:tc>
          <w:tcPr>
            <w:tcW w:w="1134" w:type="dxa"/>
            <w:shd w:val="clear" w:color="auto" w:fill="D9EAF7"/>
          </w:tcPr>
          <w:p w14:paraId="3F7DA8CB" w14:textId="77777777" w:rsidR="000E796A" w:rsidRDefault="00AC516C"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52C153F4" w14:textId="77777777" w:rsidR="000E796A" w:rsidRDefault="00AC516C">
            <w:proofErr w:type="spellStart"/>
            <w:r>
              <w:rPr>
                <w:b/>
                <w:sz w:val="17"/>
              </w:rPr>
              <w:t>Не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разрешаю</w:t>
            </w:r>
            <w:proofErr w:type="spellEnd"/>
          </w:p>
        </w:tc>
        <w:tc>
          <w:tcPr>
            <w:tcW w:w="2889" w:type="dxa"/>
            <w:shd w:val="clear" w:color="auto" w:fill="D9EAF7"/>
          </w:tcPr>
          <w:p w14:paraId="5DBE9A2B" w14:textId="77777777" w:rsidR="000E796A" w:rsidRDefault="00AC516C" w:rsidP="00B73189">
            <w:pPr>
              <w:jc w:val="center"/>
            </w:pPr>
            <w:proofErr w:type="spellStart"/>
            <w:r>
              <w:rPr>
                <w:b/>
                <w:sz w:val="17"/>
              </w:rPr>
              <w:t>Условия</w:t>
            </w:r>
            <w:proofErr w:type="spellEnd"/>
            <w:r>
              <w:rPr>
                <w:b/>
                <w:sz w:val="17"/>
              </w:rPr>
              <w:t xml:space="preserve"> / </w:t>
            </w:r>
            <w:proofErr w:type="spellStart"/>
            <w:r>
              <w:rPr>
                <w:b/>
                <w:sz w:val="17"/>
              </w:rPr>
              <w:t>запреты</w:t>
            </w:r>
            <w:proofErr w:type="spellEnd"/>
          </w:p>
        </w:tc>
      </w:tr>
      <w:tr w:rsidR="000E796A" w14:paraId="53B24418" w14:textId="77777777" w:rsidTr="00725A25">
        <w:trPr>
          <w:jc w:val="center"/>
        </w:trPr>
        <w:tc>
          <w:tcPr>
            <w:tcW w:w="396" w:type="dxa"/>
          </w:tcPr>
          <w:p w14:paraId="0B8990C5" w14:textId="77777777" w:rsidR="000E796A" w:rsidRDefault="00AC516C">
            <w:r>
              <w:rPr>
                <w:sz w:val="17"/>
              </w:rPr>
              <w:t>1</w:t>
            </w:r>
          </w:p>
        </w:tc>
        <w:tc>
          <w:tcPr>
            <w:tcW w:w="4252" w:type="dxa"/>
          </w:tcPr>
          <w:p w14:paraId="37838299" w14:textId="77777777" w:rsidR="000E796A" w:rsidRDefault="00AC516C">
            <w:proofErr w:type="spellStart"/>
            <w:r>
              <w:rPr>
                <w:sz w:val="17"/>
              </w:rPr>
              <w:t>Должность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4B3607CA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5B2E9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B3D8F61" w14:textId="77777777" w:rsidR="000E796A" w:rsidRPr="00B73189" w:rsidRDefault="00AC516C">
            <w:r w:rsidRPr="00B73189">
              <w:rPr>
                <w:sz w:val="17"/>
              </w:rPr>
              <w:t>__________________</w:t>
            </w:r>
          </w:p>
        </w:tc>
      </w:tr>
      <w:tr w:rsidR="000E796A" w14:paraId="74B04538" w14:textId="77777777" w:rsidTr="00725A25">
        <w:trPr>
          <w:jc w:val="center"/>
        </w:trPr>
        <w:tc>
          <w:tcPr>
            <w:tcW w:w="396" w:type="dxa"/>
          </w:tcPr>
          <w:p w14:paraId="78EB2DF9" w14:textId="77777777" w:rsidR="000E796A" w:rsidRDefault="00AC516C">
            <w:r>
              <w:rPr>
                <w:sz w:val="17"/>
              </w:rPr>
              <w:t>2</w:t>
            </w:r>
          </w:p>
        </w:tc>
        <w:tc>
          <w:tcPr>
            <w:tcW w:w="4252" w:type="dxa"/>
          </w:tcPr>
          <w:p w14:paraId="714FA0D1" w14:textId="77777777" w:rsidR="000E796A" w:rsidRDefault="00AC516C">
            <w:proofErr w:type="spellStart"/>
            <w:r>
              <w:rPr>
                <w:sz w:val="17"/>
              </w:rPr>
              <w:t>Учёная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степень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учёное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звание</w:t>
            </w:r>
            <w:proofErr w:type="spellEnd"/>
          </w:p>
        </w:tc>
        <w:tc>
          <w:tcPr>
            <w:tcW w:w="1134" w:type="dxa"/>
          </w:tcPr>
          <w:p w14:paraId="16D95968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B47986A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74AEE5BC" w14:textId="77777777" w:rsidR="000E796A" w:rsidRPr="00B73189" w:rsidRDefault="00AC516C">
            <w:r w:rsidRPr="00B73189">
              <w:rPr>
                <w:sz w:val="17"/>
              </w:rPr>
              <w:t>__________________</w:t>
            </w:r>
          </w:p>
        </w:tc>
      </w:tr>
      <w:tr w:rsidR="000E796A" w14:paraId="794811F9" w14:textId="77777777" w:rsidTr="00725A25">
        <w:trPr>
          <w:jc w:val="center"/>
        </w:trPr>
        <w:tc>
          <w:tcPr>
            <w:tcW w:w="396" w:type="dxa"/>
          </w:tcPr>
          <w:p w14:paraId="295C7326" w14:textId="77777777" w:rsidR="000E796A" w:rsidRDefault="00AC516C">
            <w:r>
              <w:rPr>
                <w:sz w:val="17"/>
              </w:rPr>
              <w:t>3</w:t>
            </w:r>
          </w:p>
        </w:tc>
        <w:tc>
          <w:tcPr>
            <w:tcW w:w="4252" w:type="dxa"/>
          </w:tcPr>
          <w:p w14:paraId="5ABA51BE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 xml:space="preserve">Адрес электронной почты, публикуемый как </w:t>
            </w:r>
            <w:r>
              <w:rPr>
                <w:sz w:val="17"/>
              </w:rPr>
              <w:t>e</w:t>
            </w:r>
            <w:r w:rsidRPr="00C947A1">
              <w:rPr>
                <w:sz w:val="17"/>
                <w:lang w:val="ru-RU"/>
              </w:rPr>
              <w:t>-</w:t>
            </w:r>
            <w:r>
              <w:rPr>
                <w:sz w:val="17"/>
              </w:rPr>
              <w:t>mail</w:t>
            </w:r>
            <w:r w:rsidRPr="00C947A1">
              <w:rPr>
                <w:sz w:val="17"/>
                <w:lang w:val="ru-RU"/>
              </w:rPr>
              <w:t xml:space="preserve"> автора для корреспонденции</w:t>
            </w:r>
          </w:p>
        </w:tc>
        <w:tc>
          <w:tcPr>
            <w:tcW w:w="1134" w:type="dxa"/>
          </w:tcPr>
          <w:p w14:paraId="38DED72A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57F14ABC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ECCFE63" w14:textId="77777777" w:rsidR="000E796A" w:rsidRPr="00B73189" w:rsidRDefault="00AC516C">
            <w:r w:rsidRPr="00B73189">
              <w:rPr>
                <w:sz w:val="17"/>
              </w:rPr>
              <w:t>__________________</w:t>
            </w:r>
          </w:p>
        </w:tc>
      </w:tr>
      <w:tr w:rsidR="000E796A" w14:paraId="2B53522E" w14:textId="77777777" w:rsidTr="00725A25">
        <w:trPr>
          <w:jc w:val="center"/>
        </w:trPr>
        <w:tc>
          <w:tcPr>
            <w:tcW w:w="396" w:type="dxa"/>
          </w:tcPr>
          <w:p w14:paraId="5CE680E1" w14:textId="77777777" w:rsidR="000E796A" w:rsidRDefault="00AC516C">
            <w:r>
              <w:rPr>
                <w:sz w:val="17"/>
              </w:rPr>
              <w:t>4</w:t>
            </w:r>
          </w:p>
        </w:tc>
        <w:tc>
          <w:tcPr>
            <w:tcW w:w="4252" w:type="dxa"/>
          </w:tcPr>
          <w:p w14:paraId="11EB28A9" w14:textId="77777777" w:rsidR="000E796A" w:rsidRDefault="00AC516C">
            <w:r>
              <w:rPr>
                <w:sz w:val="17"/>
              </w:rPr>
              <w:t xml:space="preserve">ORCID, </w:t>
            </w:r>
            <w:proofErr w:type="spellStart"/>
            <w:r>
              <w:rPr>
                <w:sz w:val="17"/>
              </w:rPr>
              <w:t>ResearcherID</w:t>
            </w:r>
            <w:proofErr w:type="spellEnd"/>
            <w:r>
              <w:rPr>
                <w:sz w:val="17"/>
              </w:rPr>
              <w:t xml:space="preserve">, Scopus Author ID, РИНЦ </w:t>
            </w:r>
            <w:proofErr w:type="spellStart"/>
            <w:r>
              <w:rPr>
                <w:sz w:val="17"/>
              </w:rPr>
              <w:t>AuthorID</w:t>
            </w:r>
            <w:proofErr w:type="spellEnd"/>
            <w:r>
              <w:rPr>
                <w:sz w:val="17"/>
              </w:rPr>
              <w:t>, SPIN-</w:t>
            </w:r>
            <w:proofErr w:type="spellStart"/>
            <w:r>
              <w:rPr>
                <w:sz w:val="17"/>
              </w:rPr>
              <w:t>код</w:t>
            </w:r>
            <w:proofErr w:type="spellEnd"/>
            <w:r>
              <w:rPr>
                <w:sz w:val="17"/>
              </w:rPr>
              <w:t xml:space="preserve"> и </w:t>
            </w:r>
            <w:proofErr w:type="spellStart"/>
            <w:r>
              <w:rPr>
                <w:sz w:val="17"/>
              </w:rPr>
              <w:t>иные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научные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идентификаторы</w:t>
            </w:r>
            <w:proofErr w:type="spellEnd"/>
          </w:p>
        </w:tc>
        <w:tc>
          <w:tcPr>
            <w:tcW w:w="1134" w:type="dxa"/>
          </w:tcPr>
          <w:p w14:paraId="0583849C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1830467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3A4CB1F2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3D64126F" w14:textId="77777777" w:rsidTr="00725A25">
        <w:trPr>
          <w:jc w:val="center"/>
        </w:trPr>
        <w:tc>
          <w:tcPr>
            <w:tcW w:w="396" w:type="dxa"/>
          </w:tcPr>
          <w:p w14:paraId="36846A34" w14:textId="77777777" w:rsidR="000E796A" w:rsidRDefault="00AC516C">
            <w:r>
              <w:rPr>
                <w:sz w:val="17"/>
              </w:rPr>
              <w:t>5</w:t>
            </w:r>
          </w:p>
        </w:tc>
        <w:tc>
          <w:tcPr>
            <w:tcW w:w="4252" w:type="dxa"/>
          </w:tcPr>
          <w:p w14:paraId="10EB2F46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Сведения о гранте, проекте, финансировании, благодарности, конфликте интересов</w:t>
            </w:r>
          </w:p>
        </w:tc>
        <w:tc>
          <w:tcPr>
            <w:tcW w:w="1134" w:type="dxa"/>
          </w:tcPr>
          <w:p w14:paraId="298156DD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1EE2C3B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0923CC5F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3BF513D" w14:textId="77777777" w:rsidTr="00725A25">
        <w:trPr>
          <w:jc w:val="center"/>
        </w:trPr>
        <w:tc>
          <w:tcPr>
            <w:tcW w:w="396" w:type="dxa"/>
          </w:tcPr>
          <w:p w14:paraId="4323EF76" w14:textId="77777777" w:rsidR="000E796A" w:rsidRDefault="00AC516C">
            <w:r>
              <w:rPr>
                <w:sz w:val="17"/>
              </w:rPr>
              <w:t>6</w:t>
            </w:r>
          </w:p>
        </w:tc>
        <w:tc>
          <w:tcPr>
            <w:tcW w:w="4252" w:type="dxa"/>
          </w:tcPr>
          <w:p w14:paraId="54A6521D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Ссылка на профиль автора, краткая биографическая справка</w:t>
            </w:r>
          </w:p>
        </w:tc>
        <w:tc>
          <w:tcPr>
            <w:tcW w:w="1134" w:type="dxa"/>
          </w:tcPr>
          <w:p w14:paraId="0BA910FC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6FFD3CFB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6119542E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2C4CD041" w14:textId="77777777" w:rsidTr="00725A25">
        <w:trPr>
          <w:jc w:val="center"/>
        </w:trPr>
        <w:tc>
          <w:tcPr>
            <w:tcW w:w="396" w:type="dxa"/>
          </w:tcPr>
          <w:p w14:paraId="7D9C538B" w14:textId="77777777" w:rsidR="000E796A" w:rsidRDefault="00AC516C">
            <w:r>
              <w:rPr>
                <w:sz w:val="17"/>
              </w:rPr>
              <w:t>7</w:t>
            </w:r>
          </w:p>
        </w:tc>
        <w:tc>
          <w:tcPr>
            <w:tcW w:w="4252" w:type="dxa"/>
          </w:tcPr>
          <w:p w14:paraId="713DF926" w14:textId="77777777" w:rsidR="000E796A" w:rsidRDefault="00AC516C">
            <w:proofErr w:type="spellStart"/>
            <w:r>
              <w:rPr>
                <w:sz w:val="17"/>
              </w:rPr>
              <w:t>Фотография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автора</w:t>
            </w:r>
            <w:proofErr w:type="spellEnd"/>
          </w:p>
        </w:tc>
        <w:tc>
          <w:tcPr>
            <w:tcW w:w="1134" w:type="dxa"/>
          </w:tcPr>
          <w:p w14:paraId="718C182B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26882315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4FB6A10A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  <w:tr w:rsidR="000E796A" w14:paraId="4CFF6722" w14:textId="77777777" w:rsidTr="00725A25">
        <w:trPr>
          <w:jc w:val="center"/>
        </w:trPr>
        <w:tc>
          <w:tcPr>
            <w:tcW w:w="396" w:type="dxa"/>
          </w:tcPr>
          <w:p w14:paraId="19DE1C5E" w14:textId="77777777" w:rsidR="000E796A" w:rsidRDefault="00AC516C">
            <w:r>
              <w:rPr>
                <w:sz w:val="17"/>
              </w:rPr>
              <w:t>8</w:t>
            </w:r>
          </w:p>
        </w:tc>
        <w:tc>
          <w:tcPr>
            <w:tcW w:w="4252" w:type="dxa"/>
          </w:tcPr>
          <w:p w14:paraId="78F2F1F3" w14:textId="77777777" w:rsidR="000E796A" w:rsidRPr="00C947A1" w:rsidRDefault="00AC516C">
            <w:pPr>
              <w:rPr>
                <w:lang w:val="ru-RU"/>
              </w:rPr>
            </w:pPr>
            <w:r w:rsidRPr="00C947A1">
              <w:rPr>
                <w:sz w:val="17"/>
                <w:lang w:val="ru-RU"/>
              </w:rPr>
              <w:t>Иные сведения, добровольно указанные автором для публикации: __________________________</w:t>
            </w:r>
          </w:p>
        </w:tc>
        <w:tc>
          <w:tcPr>
            <w:tcW w:w="1134" w:type="dxa"/>
          </w:tcPr>
          <w:p w14:paraId="1B38F323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47" w:type="dxa"/>
          </w:tcPr>
          <w:p w14:paraId="72D442EE" w14:textId="77777777" w:rsidR="000E796A" w:rsidRDefault="00AC516C" w:rsidP="00B73189">
            <w:pPr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2889" w:type="dxa"/>
          </w:tcPr>
          <w:p w14:paraId="54188DA9" w14:textId="77777777" w:rsidR="000E796A" w:rsidRDefault="00AC516C">
            <w:r>
              <w:rPr>
                <w:sz w:val="17"/>
              </w:rPr>
              <w:t>__________________</w:t>
            </w:r>
          </w:p>
        </w:tc>
      </w:tr>
    </w:tbl>
    <w:p w14:paraId="7D245BEA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Персональные данные, не отмеченные автором как разрешённые для распространения и не относящиеся к минимальным сведениям, необходимым для публикации, не подлежат опубликованию и передаче неограниченному кругу лиц, за исключением случаев, предусмотренных законодательством Российской Федерации.</w:t>
      </w:r>
    </w:p>
    <w:p w14:paraId="76E714A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5. Действия с персональными данными и способы обработки</w:t>
      </w:r>
    </w:p>
    <w:p w14:paraId="1A10DD48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В отношении персональных данных, разрешённых для распространения, оператор вправе совершать следующие действия: сбор, запись, систематизацию, накопление, хранение, уточнение, обновление, изменение, извлечение, использование, передачу, распространение, предоставление, доступ, копирование, архивирование, обезличивание, блокирование, удаление и уничтожение.</w:t>
      </w:r>
    </w:p>
    <w:p w14:paraId="1405E20F" w14:textId="77777777" w:rsidR="000E796A" w:rsidRPr="00C947A1" w:rsidRDefault="00AC516C" w:rsidP="00C947A1">
      <w:pPr>
        <w:spacing w:after="60" w:line="240" w:lineRule="auto"/>
        <w:rPr>
          <w:lang w:val="ru-RU"/>
        </w:rPr>
      </w:pPr>
      <w:r w:rsidRPr="00C947A1">
        <w:rPr>
          <w:lang w:val="ru-RU"/>
        </w:rPr>
        <w:t>Обработка может осуществляться смешанным способом: с использованием средств автоматизации и без использования таких средств.</w:t>
      </w:r>
    </w:p>
    <w:p w14:paraId="40BE1731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6. Информационные ресурсы и каналы распространения</w:t>
      </w:r>
    </w:p>
    <w:p w14:paraId="578C800D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Персональные данные, разрешённые для распространения, могут быть опубликованы и/или переданы для размещения на следующих ресурсах и в следующих каналах:</w:t>
      </w:r>
    </w:p>
    <w:p w14:paraId="441956FA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печатная версия журнала «Вестник Казанского государственного аграрного университета»;</w:t>
      </w:r>
    </w:p>
    <w:p w14:paraId="1B2A9003" w14:textId="08A378A9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официальный сайт журнала: </w:t>
      </w:r>
      <w:r w:rsidR="00B73189" w:rsidRPr="00B73189">
        <w:rPr>
          <w:u w:val="single"/>
          <w:lang w:val="ru-RU"/>
        </w:rPr>
        <w:t>https://www.vetzapiski.ru/</w:t>
      </w:r>
      <w:bookmarkStart w:id="0" w:name="_GoBack"/>
      <w:bookmarkEnd w:id="0"/>
      <w:r w:rsidRPr="00747DF2">
        <w:rPr>
          <w:u w:val="single"/>
          <w:lang w:val="ru-RU"/>
        </w:rPr>
        <w:t>;</w:t>
      </w:r>
    </w:p>
    <w:p w14:paraId="4AE378BD" w14:textId="512CEFE4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сайт учредителя / издателя / университета</w:t>
      </w:r>
      <w:r w:rsidR="00747DF2">
        <w:rPr>
          <w:lang w:val="ru-RU"/>
        </w:rPr>
        <w:t>;</w:t>
      </w:r>
    </w:p>
    <w:p w14:paraId="139BC69A" w14:textId="2E76B95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 w:rsidR="00747DF2">
        <w:rPr>
          <w:lang w:val="ru-RU"/>
        </w:rPr>
        <w:t>н</w:t>
      </w:r>
      <w:r w:rsidRPr="00C947A1">
        <w:rPr>
          <w:lang w:val="ru-RU"/>
        </w:rPr>
        <w:t xml:space="preserve">аучная электронная библиотека </w:t>
      </w:r>
      <w:proofErr w:type="spellStart"/>
      <w:r>
        <w:t>eLIBRARY</w:t>
      </w:r>
      <w:proofErr w:type="spellEnd"/>
      <w:r w:rsidRPr="00C947A1">
        <w:rPr>
          <w:lang w:val="ru-RU"/>
        </w:rPr>
        <w:t>.</w:t>
      </w:r>
      <w:r>
        <w:t>RU</w:t>
      </w:r>
      <w:r w:rsidRPr="00C947A1">
        <w:rPr>
          <w:lang w:val="ru-RU"/>
        </w:rPr>
        <w:t xml:space="preserve"> / Российский индекс научного цитирования (РИНЦ);</w:t>
      </w:r>
    </w:p>
    <w:p w14:paraId="5A1EB08D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</w:t>
      </w:r>
      <w:r>
        <w:t>DOI</w:t>
      </w:r>
      <w:r w:rsidRPr="00C947A1">
        <w:rPr>
          <w:lang w:val="ru-RU"/>
        </w:rPr>
        <w:t xml:space="preserve">-регистры и сервисы регистрации </w:t>
      </w:r>
      <w:r>
        <w:t>DOI</w:t>
      </w:r>
      <w:r w:rsidRPr="00C947A1">
        <w:rPr>
          <w:lang w:val="ru-RU"/>
        </w:rPr>
        <w:t xml:space="preserve">, если </w:t>
      </w:r>
      <w:r>
        <w:t>DOI</w:t>
      </w:r>
      <w:r w:rsidRPr="00C947A1">
        <w:rPr>
          <w:lang w:val="ru-RU"/>
        </w:rPr>
        <w:t xml:space="preserve"> присваивается публикации;</w:t>
      </w:r>
    </w:p>
    <w:p w14:paraId="6667EA4F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 xml:space="preserve">• электронные библиотеки, научные индексы, </w:t>
      </w:r>
      <w:proofErr w:type="spellStart"/>
      <w:r w:rsidRPr="00C947A1">
        <w:rPr>
          <w:lang w:val="ru-RU"/>
        </w:rPr>
        <w:t>репозитории</w:t>
      </w:r>
      <w:proofErr w:type="spellEnd"/>
      <w:r w:rsidRPr="00C947A1">
        <w:rPr>
          <w:lang w:val="ru-RU"/>
        </w:rPr>
        <w:t xml:space="preserve">, </w:t>
      </w:r>
      <w:proofErr w:type="spellStart"/>
      <w:r w:rsidRPr="00C947A1">
        <w:rPr>
          <w:lang w:val="ru-RU"/>
        </w:rPr>
        <w:t>агрегаторы</w:t>
      </w:r>
      <w:proofErr w:type="spellEnd"/>
      <w:r w:rsidRPr="00C947A1">
        <w:rPr>
          <w:lang w:val="ru-RU"/>
        </w:rPr>
        <w:t xml:space="preserve"> научной информации, каталоги периодических изданий и библиографические базы данных, с которыми взаимодействует журнал;</w:t>
      </w:r>
    </w:p>
    <w:p w14:paraId="3B94D7C7" w14:textId="77777777" w:rsidR="000E796A" w:rsidRPr="00C947A1" w:rsidRDefault="00AC516C">
      <w:pPr>
        <w:spacing w:after="30" w:line="240" w:lineRule="auto"/>
        <w:ind w:left="340" w:hanging="198"/>
        <w:rPr>
          <w:lang w:val="ru-RU"/>
        </w:rPr>
      </w:pPr>
      <w:r w:rsidRPr="00C947A1">
        <w:rPr>
          <w:lang w:val="ru-RU"/>
        </w:rPr>
        <w:t>• архивы журнала, библиотеки, обязательные экземпляры, карточки публикаций и библиографические описания.</w:t>
      </w:r>
    </w:p>
    <w:p w14:paraId="5826C987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Автор уведомлен(а), что при размещении статьи и метаданных в сети Интернет доступ к разрешённым для распространения персональным данным может быть предоставлен неограниченному кругу лиц, в том числе пользователям, находящимся за пределами Российской Федерации.</w:t>
      </w:r>
    </w:p>
    <w:p w14:paraId="630E30E2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7. Условия, ограничения и запреты автора</w:t>
      </w:r>
    </w:p>
    <w:p w14:paraId="32763D12" w14:textId="77777777" w:rsidR="000E796A" w:rsidRPr="00C947A1" w:rsidRDefault="00AC516C">
      <w:pPr>
        <w:spacing w:after="40" w:line="240" w:lineRule="auto"/>
        <w:rPr>
          <w:lang w:val="ru-RU"/>
        </w:rPr>
      </w:pPr>
      <w:r w:rsidRPr="00C947A1">
        <w:rPr>
          <w:lang w:val="ru-RU"/>
        </w:rPr>
        <w:t>Автор вправе установить дополнительные условия, ограничения или запреты на передачу, распространение, предоставление доступа или иные действия с персональными данными, разрешёнными для распространения:</w:t>
      </w:r>
    </w:p>
    <w:p w14:paraId="7D11B5C0" w14:textId="59E31185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2B767B44" w14:textId="5F8364B6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7B63A48F" w14:textId="1C180392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38ACFF61" w14:textId="495D8CAF" w:rsidR="000E796A" w:rsidRPr="00C947A1" w:rsidRDefault="00AC516C">
      <w:pPr>
        <w:spacing w:after="20" w:line="240" w:lineRule="auto"/>
        <w:rPr>
          <w:lang w:val="ru-RU"/>
        </w:rPr>
      </w:pPr>
      <w:r w:rsidRPr="00C947A1">
        <w:rPr>
          <w:lang w:val="ru-RU"/>
        </w:rPr>
        <w:t>_____________________________________________________________________________________________</w:t>
      </w:r>
    </w:p>
    <w:p w14:paraId="5FCE08C6" w14:textId="77777777" w:rsidR="000E796A" w:rsidRDefault="00AC516C">
      <w:pPr>
        <w:spacing w:after="100" w:line="240" w:lineRule="auto"/>
        <w:rPr>
          <w:i/>
          <w:sz w:val="20"/>
          <w:lang w:val="ru-RU"/>
        </w:rPr>
      </w:pPr>
      <w:r w:rsidRPr="00C947A1">
        <w:rPr>
          <w:i/>
          <w:sz w:val="20"/>
          <w:lang w:val="ru-RU"/>
        </w:rPr>
        <w:t xml:space="preserve">При отсутствии специальных условий в настоящем разделе распространение разрешённых персональных данных допускается в объёме и способами, указанными в настоящем согласии. Молчание или </w:t>
      </w:r>
      <w:proofErr w:type="spellStart"/>
      <w:r w:rsidRPr="00C947A1">
        <w:rPr>
          <w:i/>
          <w:sz w:val="20"/>
          <w:lang w:val="ru-RU"/>
        </w:rPr>
        <w:t>незаполнение</w:t>
      </w:r>
      <w:proofErr w:type="spellEnd"/>
      <w:r w:rsidRPr="00C947A1">
        <w:rPr>
          <w:i/>
          <w:sz w:val="20"/>
          <w:lang w:val="ru-RU"/>
        </w:rPr>
        <w:t xml:space="preserve"> графы </w:t>
      </w:r>
      <w:r w:rsidRPr="00C947A1">
        <w:rPr>
          <w:i/>
          <w:sz w:val="20"/>
          <w:lang w:val="ru-RU"/>
        </w:rPr>
        <w:lastRenderedPageBreak/>
        <w:t>«Разрешаю» в разделе 4.2 не считается согласием на распространение соответствующих дополнительных персональных данных.</w:t>
      </w:r>
    </w:p>
    <w:p w14:paraId="66148E7A" w14:textId="77777777" w:rsidR="00BA1695" w:rsidRPr="00C947A1" w:rsidRDefault="00BA1695">
      <w:pPr>
        <w:spacing w:after="100" w:line="240" w:lineRule="auto"/>
        <w:rPr>
          <w:lang w:val="ru-RU"/>
        </w:rPr>
      </w:pPr>
    </w:p>
    <w:p w14:paraId="7E337A47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8. Срок действия согласия и порядок прекращения распространения</w:t>
      </w:r>
    </w:p>
    <w:p w14:paraId="17E6FAA5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Настоящее согласие действует с даты его подписания до достижения целей обработки персональных данных либо до момента поступления оператору требования автора о прекращении передачи, распространения, предоставления доступа к персональным данным, разрешённым для распространения.</w:t>
      </w:r>
    </w:p>
    <w:p w14:paraId="132A415E" w14:textId="77777777" w:rsidR="000E796A" w:rsidRPr="00C947A1" w:rsidRDefault="00AC516C">
      <w:pPr>
        <w:spacing w:after="60" w:line="240" w:lineRule="auto"/>
        <w:rPr>
          <w:lang w:val="ru-RU"/>
        </w:rPr>
      </w:pPr>
      <w:r w:rsidRPr="00C947A1">
        <w:rPr>
          <w:lang w:val="ru-RU"/>
        </w:rPr>
        <w:t>Требование о прекращении обработки / распространения направляется оператору по адресу электронной почты или почтовому адресу, указанному в разделе 2 настоящего согласия. Требование должно содержать ФИО автора, контактную информацию и перечень персональных данных, обработка которых подлежит прекращению.</w:t>
      </w:r>
    </w:p>
    <w:p w14:paraId="571A7A2E" w14:textId="77777777" w:rsidR="000E796A" w:rsidRPr="00C947A1" w:rsidRDefault="00AC516C">
      <w:pPr>
        <w:spacing w:after="100" w:line="240" w:lineRule="auto"/>
        <w:rPr>
          <w:lang w:val="ru-RU"/>
        </w:rPr>
      </w:pPr>
      <w:r w:rsidRPr="00C947A1">
        <w:rPr>
          <w:sz w:val="20"/>
          <w:lang w:val="ru-RU"/>
        </w:rPr>
        <w:t>Действие настоящего согласия прекращается с момента поступления оператору указанного требования. Отзыв согласия не влияет на законность обработки, осуществлённой до получения такого требования, а также на сохранение опубликованных экземпляров журнала, обязательных экземпляров, архивных и библиографических записей, если их сохранение требуется законодательством, правилами научного цитирования, библиотечного, архивного или издательского учёта.</w:t>
      </w:r>
    </w:p>
    <w:p w14:paraId="2DCE180B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9. Подтверждение автора</w:t>
      </w:r>
    </w:p>
    <w:p w14:paraId="567D35F6" w14:textId="77777777" w:rsidR="000E796A" w:rsidRPr="00C947A1" w:rsidRDefault="00AC516C">
      <w:pPr>
        <w:spacing w:after="160" w:line="240" w:lineRule="auto"/>
        <w:rPr>
          <w:lang w:val="ru-RU"/>
        </w:rPr>
      </w:pPr>
      <w:r w:rsidRPr="00C947A1">
        <w:rPr>
          <w:lang w:val="ru-RU"/>
        </w:rPr>
        <w:t>Подписывая настоящее согласие, я подтверждаю, что действую свободно, своей волей и в своём интересе; согласие является конкретным, предметным, информированным, сознательным и однозначным; мне разъяснены цели, состав персональных данных, способы обработки, условия распространения, срок действия согласия и порядок его прекращения.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0E796A" w14:paraId="152CADB7" w14:textId="77777777">
        <w:trPr>
          <w:jc w:val="center"/>
        </w:trPr>
        <w:tc>
          <w:tcPr>
            <w:tcW w:w="2268" w:type="dxa"/>
          </w:tcPr>
          <w:p w14:paraId="1C8C01A6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Дата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подписания</w:t>
            </w:r>
            <w:proofErr w:type="spellEnd"/>
          </w:p>
        </w:tc>
        <w:tc>
          <w:tcPr>
            <w:tcW w:w="6237" w:type="dxa"/>
          </w:tcPr>
          <w:p w14:paraId="42280AA2" w14:textId="77777777" w:rsidR="000E796A" w:rsidRDefault="00AC516C">
            <w:pPr>
              <w:spacing w:after="0"/>
            </w:pPr>
            <w:r>
              <w:rPr>
                <w:sz w:val="20"/>
              </w:rPr>
              <w:t>«____» __________________ 20____ г.</w:t>
            </w:r>
          </w:p>
        </w:tc>
      </w:tr>
      <w:tr w:rsidR="000E796A" w14:paraId="6092985B" w14:textId="77777777">
        <w:trPr>
          <w:jc w:val="center"/>
        </w:trPr>
        <w:tc>
          <w:tcPr>
            <w:tcW w:w="2268" w:type="dxa"/>
          </w:tcPr>
          <w:p w14:paraId="6E10F62E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Подпись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автора</w:t>
            </w:r>
            <w:proofErr w:type="spellEnd"/>
          </w:p>
        </w:tc>
        <w:tc>
          <w:tcPr>
            <w:tcW w:w="6237" w:type="dxa"/>
          </w:tcPr>
          <w:p w14:paraId="1BC14577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</w:t>
            </w:r>
          </w:p>
        </w:tc>
      </w:tr>
      <w:tr w:rsidR="000E796A" w14:paraId="31F10090" w14:textId="77777777">
        <w:trPr>
          <w:jc w:val="center"/>
        </w:trPr>
        <w:tc>
          <w:tcPr>
            <w:tcW w:w="2268" w:type="dxa"/>
          </w:tcPr>
          <w:p w14:paraId="72EBC8C0" w14:textId="77777777" w:rsidR="000E796A" w:rsidRDefault="00AC516C">
            <w:pPr>
              <w:spacing w:after="0"/>
            </w:pPr>
            <w:proofErr w:type="spellStart"/>
            <w:r>
              <w:rPr>
                <w:b/>
                <w:sz w:val="20"/>
              </w:rPr>
              <w:t>Расшифровка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подписи</w:t>
            </w:r>
            <w:proofErr w:type="spellEnd"/>
          </w:p>
        </w:tc>
        <w:tc>
          <w:tcPr>
            <w:tcW w:w="6237" w:type="dxa"/>
          </w:tcPr>
          <w:p w14:paraId="5A816AF4" w14:textId="77777777" w:rsidR="000E796A" w:rsidRDefault="00AC516C">
            <w:pPr>
              <w:spacing w:after="0"/>
            </w:pPr>
            <w:r>
              <w:rPr>
                <w:sz w:val="20"/>
              </w:rPr>
              <w:t>____________________________________________</w:t>
            </w:r>
          </w:p>
        </w:tc>
      </w:tr>
    </w:tbl>
    <w:p w14:paraId="05AF59B3" w14:textId="77777777" w:rsidR="000E796A" w:rsidRDefault="000E796A">
      <w:pPr>
        <w:spacing w:after="40" w:line="240" w:lineRule="auto"/>
      </w:pPr>
    </w:p>
    <w:p w14:paraId="3310E326" w14:textId="77777777" w:rsidR="000E796A" w:rsidRPr="00C947A1" w:rsidRDefault="00AC516C">
      <w:pPr>
        <w:spacing w:before="120" w:after="60" w:line="240" w:lineRule="auto"/>
        <w:rPr>
          <w:lang w:val="ru-RU"/>
        </w:rPr>
      </w:pPr>
      <w:r w:rsidRPr="00C947A1">
        <w:rPr>
          <w:b/>
          <w:lang w:val="ru-RU"/>
        </w:rPr>
        <w:t>Служебная отметка редакции (заполняется редакцией журнала)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3"/>
        <w:gridCol w:w="2835"/>
      </w:tblGrid>
      <w:tr w:rsidR="000E796A" w14:paraId="48B941CD" w14:textId="77777777">
        <w:trPr>
          <w:jc w:val="center"/>
        </w:trPr>
        <w:tc>
          <w:tcPr>
            <w:tcW w:w="5953" w:type="dxa"/>
          </w:tcPr>
          <w:p w14:paraId="29E6E858" w14:textId="77777777" w:rsidR="000E796A" w:rsidRPr="00C947A1" w:rsidRDefault="00AC516C">
            <w:pPr>
              <w:spacing w:after="0"/>
              <w:rPr>
                <w:lang w:val="ru-RU"/>
              </w:rPr>
            </w:pPr>
            <w:r w:rsidRPr="00C947A1">
              <w:rPr>
                <w:sz w:val="18"/>
                <w:lang w:val="ru-RU"/>
              </w:rPr>
              <w:t>☐ Согласие получено до публикации авторских сведений.</w:t>
            </w:r>
            <w:r w:rsidRPr="00C947A1">
              <w:rPr>
                <w:sz w:val="18"/>
                <w:lang w:val="ru-RU"/>
              </w:rPr>
              <w:br/>
              <w:t>☐ Условия и запреты автора учтены в карточке публикации / авторской анкете.</w:t>
            </w:r>
            <w:r w:rsidRPr="00C947A1">
              <w:rPr>
                <w:sz w:val="18"/>
                <w:lang w:val="ru-RU"/>
              </w:rPr>
              <w:br/>
              <w:t>☐ Информация об условиях обработки и наличии запретов опубликована / отражена оператором в установленный срок, если применимо.</w:t>
            </w:r>
          </w:p>
        </w:tc>
        <w:tc>
          <w:tcPr>
            <w:tcW w:w="2835" w:type="dxa"/>
          </w:tcPr>
          <w:p w14:paraId="1A6C5302" w14:textId="77777777" w:rsidR="000E796A" w:rsidRDefault="00AC516C">
            <w:pPr>
              <w:spacing w:after="0"/>
            </w:pPr>
            <w:proofErr w:type="spellStart"/>
            <w:r>
              <w:rPr>
                <w:sz w:val="18"/>
              </w:rPr>
              <w:t>Ответственный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сотрудник</w:t>
            </w:r>
            <w:proofErr w:type="spellEnd"/>
            <w:r>
              <w:rPr>
                <w:sz w:val="18"/>
              </w:rPr>
              <w:t>: ______________________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Дата</w:t>
            </w:r>
            <w:proofErr w:type="spellEnd"/>
            <w:r>
              <w:rPr>
                <w:sz w:val="18"/>
              </w:rPr>
              <w:t>: ____________________</w:t>
            </w:r>
            <w:r>
              <w:rPr>
                <w:sz w:val="18"/>
              </w:rPr>
              <w:br/>
            </w:r>
            <w:proofErr w:type="spellStart"/>
            <w:r>
              <w:rPr>
                <w:sz w:val="18"/>
              </w:rPr>
              <w:t>Подпись</w:t>
            </w:r>
            <w:proofErr w:type="spellEnd"/>
            <w:r>
              <w:rPr>
                <w:sz w:val="18"/>
              </w:rPr>
              <w:t>: ________________</w:t>
            </w:r>
          </w:p>
        </w:tc>
      </w:tr>
    </w:tbl>
    <w:p w14:paraId="061E39A8" w14:textId="77777777" w:rsidR="000E796A" w:rsidRDefault="000E796A">
      <w:pPr>
        <w:spacing w:after="0" w:line="240" w:lineRule="auto"/>
      </w:pPr>
    </w:p>
    <w:sectPr w:rsidR="000E796A">
      <w:headerReference w:type="default" r:id="rId8"/>
      <w:footerReference w:type="default" r:id="rId9"/>
      <w:pgSz w:w="12240" w:h="15840"/>
      <w:pgMar w:top="1020" w:right="850" w:bottom="102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A64D3" w14:textId="77777777" w:rsidR="00AF141A" w:rsidRDefault="00AF141A">
      <w:pPr>
        <w:spacing w:after="0" w:line="240" w:lineRule="auto"/>
      </w:pPr>
      <w:r>
        <w:separator/>
      </w:r>
    </w:p>
  </w:endnote>
  <w:endnote w:type="continuationSeparator" w:id="0">
    <w:p w14:paraId="46F7CF55" w14:textId="77777777" w:rsidR="00AF141A" w:rsidRDefault="00AF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B1116" w14:textId="6A993C64" w:rsidR="000E796A" w:rsidRDefault="00AC516C">
    <w:pPr>
      <w:pStyle w:val="a7"/>
      <w:jc w:val="center"/>
    </w:pPr>
    <w:proofErr w:type="spellStart"/>
    <w:r>
      <w:rPr>
        <w:sz w:val="18"/>
      </w:rPr>
      <w:t>Страница</w:t>
    </w:r>
    <w:proofErr w:type="spellEnd"/>
    <w:r>
      <w:rPr>
        <w:sz w:val="18"/>
      </w:rPr>
      <w:t xml:space="preserve"> </w:t>
    </w:r>
    <w:r>
      <w:fldChar w:fldCharType="begin"/>
    </w:r>
    <w:r>
      <w:instrText>PAGE</w:instrText>
    </w:r>
    <w:r>
      <w:fldChar w:fldCharType="separate"/>
    </w:r>
    <w:r w:rsidR="00B7318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0DDB9F" w14:textId="77777777" w:rsidR="00AF141A" w:rsidRDefault="00AF141A">
      <w:pPr>
        <w:spacing w:after="0" w:line="240" w:lineRule="auto"/>
      </w:pPr>
      <w:r>
        <w:separator/>
      </w:r>
    </w:p>
  </w:footnote>
  <w:footnote w:type="continuationSeparator" w:id="0">
    <w:p w14:paraId="0BD0C24A" w14:textId="77777777" w:rsidR="00AF141A" w:rsidRDefault="00AF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A87147" w14:textId="77777777" w:rsidR="000E796A" w:rsidRDefault="00AC516C">
    <w:pPr>
      <w:pStyle w:val="a5"/>
      <w:jc w:val="right"/>
    </w:pPr>
    <w:proofErr w:type="spellStart"/>
    <w:r>
      <w:rPr>
        <w:i/>
        <w:sz w:val="18"/>
      </w:rPr>
      <w:t>Форма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согласия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автора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научного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журнала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E796A"/>
    <w:rsid w:val="0015074B"/>
    <w:rsid w:val="002537F4"/>
    <w:rsid w:val="0029639D"/>
    <w:rsid w:val="00326F90"/>
    <w:rsid w:val="003A0FB6"/>
    <w:rsid w:val="004F1953"/>
    <w:rsid w:val="00607B2E"/>
    <w:rsid w:val="00627350"/>
    <w:rsid w:val="006C2B99"/>
    <w:rsid w:val="00725A25"/>
    <w:rsid w:val="00747DF2"/>
    <w:rsid w:val="007C151D"/>
    <w:rsid w:val="00A0549A"/>
    <w:rsid w:val="00AA1D8D"/>
    <w:rsid w:val="00AC516C"/>
    <w:rsid w:val="00AF141A"/>
    <w:rsid w:val="00B1112C"/>
    <w:rsid w:val="00B47730"/>
    <w:rsid w:val="00B73189"/>
    <w:rsid w:val="00BA1695"/>
    <w:rsid w:val="00C947A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5897FA"/>
  <w14:defaultImageDpi w14:val="300"/>
  <w15:docId w15:val="{04E2BE81-376C-4826-8EB3-B7F0ADF2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8">
    <w:name w:val="Hyperlink"/>
    <w:basedOn w:val="a2"/>
    <w:uiPriority w:val="99"/>
    <w:unhideWhenUsed/>
    <w:rsid w:val="00747DF2"/>
    <w:rPr>
      <w:color w:val="0000FF" w:themeColor="hyperlink"/>
      <w:u w:val="single"/>
    </w:rPr>
  </w:style>
  <w:style w:type="character" w:customStyle="1" w:styleId="UnresolvedMention">
    <w:name w:val="Unresolved Mention"/>
    <w:basedOn w:val="a2"/>
    <w:uiPriority w:val="99"/>
    <w:semiHidden/>
    <w:unhideWhenUsed/>
    <w:rsid w:val="00747D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D1DFDD-88A3-4703-9AB3-D2D5869E0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1375</Words>
  <Characters>7843</Characters>
  <Application>Microsoft Office Word</Application>
  <DocSecurity>0</DocSecurity>
  <Lines>65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9200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nout2</dc:creator>
  <cp:keywords/>
  <dc:description>generated by python-docx</dc:description>
  <cp:lastModifiedBy>Радик</cp:lastModifiedBy>
  <cp:revision>10</cp:revision>
  <dcterms:created xsi:type="dcterms:W3CDTF">2026-04-25T09:59:00Z</dcterms:created>
  <dcterms:modified xsi:type="dcterms:W3CDTF">2026-07-04T15:41:00Z</dcterms:modified>
  <cp:category/>
</cp:coreProperties>
</file>